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656000" cy="356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h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35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color w:val="0D1B2A"/>
        </w:rPr>
        <w:t>Intimation of closure and surrender of licence</w:t>
      </w:r>
    </w:p>
    <w:p>
      <w:r>
        <w:rPr>
          <w:i/>
        </w:rPr>
        <w:t>Regulation 2.1.7(3) requires the operator to inform the Licensing Authority in writing within thirty days of closure and to surrender the certificate. No fee is refunded (reg. 2.1.7(4)).</w:t>
      </w:r>
    </w:p>
    <w:p>
      <w:r>
        <w:t>Date: [_____________]</w:t>
      </w:r>
    </w:p>
    <w:p>
      <w:r>
        <w:t>To,</w:t>
        <w:br/>
        <w:t>The Licensing / Registering Authority</w:t>
        <w:br/>
        <w:t>[address]</w:t>
      </w:r>
    </w:p>
    <w:p>
      <w:r>
        <w:t>Subject: Intimation of closure and surrender of FSSAI licence/registration no. [_____________]</w:t>
      </w:r>
    </w:p>
    <w:p>
      <w:r>
        <w:t>We, [_____________], hereby inform you that the food business carried on at [_____________] under the above licence/registration was closed on [_____________] (date of closure).</w:t>
      </w:r>
    </w:p>
    <w:p>
      <w:r>
        <w:t>We surrender the original certificate enclosed and request that the licence/registration be recorded as surrendered.</w:t>
      </w:r>
    </w:p>
    <w:p>
      <w:pPr>
        <w:pStyle w:val="ListBullet"/>
      </w:pPr>
      <w:r>
        <w:t>Enclosed: original certificate</w:t>
      </w:r>
    </w:p>
    <w:p>
      <w:pPr>
        <w:pStyle w:val="ListBullet"/>
      </w:pPr>
      <w:r>
        <w:t>Date of closure within thirty days of this letter</w:t>
      </w:r>
    </w:p>
    <w:p>
      <w:pPr>
        <w:pStyle w:val="ListBullet"/>
      </w:pPr>
      <w:r>
        <w:t>Last annual fee paid for: [year]</w:t>
      </w:r>
    </w:p>
    <w:p>
      <w:pPr>
        <w:pStyle w:val="ListBullet"/>
      </w:pPr>
      <w:r>
        <w:t>Last return filed for: [period], where applicable</w:t>
      </w:r>
    </w:p>
    <w:p>
      <w:r>
        <w:t>Signature: ______________</w:t>
        <w:br/>
        <w:t>Name and designation: ______________</w:t>
      </w:r>
    </w:p>
    <w:p/>
    <w:p>
      <w:r>
        <w:rPr>
          <w:color w:val="5E6B7A"/>
          <w:sz w:val="16"/>
        </w:rPr>
        <w:t>Template prepared by FoodRaksha, 12 September 2026. Based on: FSS (Licensing &amp; Registration) Regulations, reg. 2.1.7(3)–(4), as substituted 10.03.2026. Adapt it to your business and check the current FoSCoS requirements before use. This is not a government form. FoodRaksha is independent and not affiliated with FSSAI.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