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656000" cy="3565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h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356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color w:val="0D1B2A"/>
        </w:rPr>
        <w:t>Board resolution and nomination of the person responsible for food safety</w:t>
      </w:r>
    </w:p>
    <w:p>
      <w:r>
        <w:rPr>
          <w:i/>
        </w:rPr>
        <w:t>For companies. The nomination is filed on FoSCoS in the format FSSAI prescribes (Form IX). Use this to prepare the board resolution and the details it needs.</w:t>
      </w:r>
    </w:p>
    <w:p>
      <w:pPr>
        <w:pStyle w:val="Heading2"/>
      </w:pPr>
      <w:r>
        <w:t>Extract of the resolution passed by the Board of Directors</w:t>
      </w:r>
    </w:p>
    <w:p>
      <w:r>
        <w:t>At the meeting of the Board of Directors of [_____________] Limited / Private Limited held on [_____________] at [_____________]:</w:t>
      </w:r>
    </w:p>
    <w:p>
      <w:r>
        <w:t>“RESOLVED THAT Mr./Ms. [_____________], [_____________] (designation), be and is hereby nominated as the person responsible, under the Food Safety and Standards Act 2006, for the conduct of the business of the company at its premises at [_____________] (FSSAI licence no. [_____________]), and that any director be authorised to file the nomination with the Licensing Authority.”</w:t>
      </w:r>
    </w:p>
    <w:p>
      <w:r>
        <w:t>Certified true copy</w:t>
        <w:br/>
        <w:br/>
        <w:t>Signature: ______________   Name: ______________   Director (DIN: ______________)</w:t>
      </w:r>
    </w:p>
    <w:p>
      <w:pPr>
        <w:pStyle w:val="Heading2"/>
      </w:pPr>
      <w:r>
        <w:t>Details of the nominee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Field</w:t>
            </w:r>
          </w:p>
        </w:tc>
        <w:tc>
          <w:tcPr>
            <w:tcW w:type="dxa" w:w="4986"/>
          </w:tcPr>
          <w:p>
            <w:r>
              <w:t>Details</w:t>
            </w:r>
          </w:p>
        </w:tc>
      </w:tr>
      <w:tr>
        <w:tc>
          <w:tcPr>
            <w:tcW w:type="dxa" w:w="4986"/>
          </w:tcPr>
          <w:p>
            <w:r>
              <w:t>Full name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Designation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Address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Phone and email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Photo ID number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Technical person’s qualification (manufacturers)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Premises covered</w:t>
            </w:r>
          </w:p>
        </w:tc>
        <w:tc>
          <w:tcPr>
            <w:tcW w:type="dxa" w:w="4986"/>
          </w:tcPr>
          <w:p>
            <w:r/>
          </w:p>
        </w:tc>
      </w:tr>
    </w:tbl>
    <w:p/>
    <w:p>
      <w:r>
        <w:rPr>
          <w:color w:val="5E6B7A"/>
          <w:sz w:val="16"/>
        </w:rPr>
        <w:t>Template prepared by FoodRaksha, 12 September 2026. Based on: FSS Act 2006 and FSS Rules — nomination by a company (Form IX); condition of licence 4 (technical person). Adapt it to your business and check the current FoSCoS requirements before use. This is not a government form. FoodRaksha is independent and not affiliated with FSSAI.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